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DF9E63" w14:textId="77777777" w:rsidR="00E31DC8" w:rsidRPr="00833B45" w:rsidRDefault="001924A1" w:rsidP="00833B45">
      <w:pPr>
        <w:jc w:val="center"/>
        <w:rPr>
          <w:b/>
          <w:bCs/>
          <w:sz w:val="28"/>
          <w:szCs w:val="28"/>
        </w:rPr>
      </w:pPr>
      <w:r w:rsidRPr="00833B45">
        <w:rPr>
          <w:b/>
          <w:bCs/>
          <w:sz w:val="28"/>
          <w:szCs w:val="28"/>
        </w:rPr>
        <w:t>Cover Letter for Journal Submission</w:t>
      </w:r>
    </w:p>
    <w:p w14:paraId="637CFC1C" w14:textId="77777777" w:rsidR="00833B45" w:rsidRDefault="00833B45"/>
    <w:p w14:paraId="7ACBF309" w14:textId="296359E9" w:rsidR="00E31DC8" w:rsidRDefault="001924A1">
      <w:r>
        <w:t>To the Editorial Committee of the Korean Association for the Sociology of Religion,</w:t>
      </w:r>
      <w:r>
        <w:br/>
      </w:r>
    </w:p>
    <w:p w14:paraId="7D378D84" w14:textId="081495BF" w:rsidR="00E31DC8" w:rsidRDefault="001924A1">
      <w:r>
        <w:t xml:space="preserve">I (We) hereby submit a manuscript </w:t>
      </w:r>
      <w:r w:rsidRPr="00BA64D8">
        <w:rPr>
          <w:iCs/>
        </w:rPr>
        <w:t>to</w:t>
      </w:r>
      <w:r w:rsidRPr="00833B45">
        <w:rPr>
          <w:i/>
          <w:iCs/>
        </w:rPr>
        <w:t xml:space="preserve"> Asian Journal of Religion and Society</w:t>
      </w:r>
      <w:r>
        <w:t xml:space="preserve"> (</w:t>
      </w:r>
      <w:r w:rsidR="00833B45" w:rsidRPr="00194B05">
        <w:rPr>
          <w:rFonts w:ascii="맑은 고딕" w:eastAsia="맑은 고딕" w:hAnsi="맑은 고딕" w:cs="맑은 고딕" w:hint="eastAsia"/>
          <w:lang w:eastAsia="ko-KR"/>
        </w:rPr>
        <w:t>『종교와 사회』</w:t>
      </w:r>
      <w:r>
        <w:t xml:space="preserve">), </w:t>
      </w:r>
      <w:commentRangeStart w:id="0"/>
      <w:r>
        <w:t xml:space="preserve">Vol. </w:t>
      </w:r>
      <w:proofErr w:type="gramStart"/>
      <w:r>
        <w:t>( )</w:t>
      </w:r>
      <w:proofErr w:type="gramEnd"/>
      <w:r>
        <w:t xml:space="preserve"> No. ( )</w:t>
      </w:r>
      <w:commentRangeEnd w:id="0"/>
      <w:r w:rsidR="0015224E">
        <w:rPr>
          <w:rStyle w:val="aff1"/>
        </w:rPr>
        <w:commentReference w:id="0"/>
      </w:r>
      <w:r>
        <w:t>, published by the Korean Association for the Sociology of Religion (</w:t>
      </w:r>
      <w:r>
        <w:t>한국종교사회학회</w:t>
      </w:r>
      <w:r>
        <w:t xml:space="preserve">). Below are </w:t>
      </w:r>
      <w:commentRangeStart w:id="1"/>
      <w:r>
        <w:t>the author</w:t>
      </w:r>
      <w:r w:rsidR="00BA64D8">
        <w:t>(</w:t>
      </w:r>
      <w:r w:rsidR="00BA64D8">
        <w:rPr>
          <w:rFonts w:ascii="맑은 고딕" w:eastAsia="맑은 고딕" w:hAnsi="맑은 고딕" w:cs="맑은 고딕" w:hint="eastAsia"/>
          <w:lang w:eastAsia="ko-KR"/>
        </w:rPr>
        <w:t>s</w:t>
      </w:r>
      <w:r w:rsidR="00BA64D8">
        <w:rPr>
          <w:rFonts w:ascii="맑은 고딕" w:eastAsia="맑은 고딕" w:hAnsi="맑은 고딕" w:cs="맑은 고딕"/>
          <w:lang w:eastAsia="ko-KR"/>
        </w:rPr>
        <w:t>)</w:t>
      </w:r>
      <w:r>
        <w:t xml:space="preserve"> </w:t>
      </w:r>
      <w:commentRangeEnd w:id="1"/>
      <w:r w:rsidR="0015224E">
        <w:rPr>
          <w:rStyle w:val="aff1"/>
        </w:rPr>
        <w:commentReference w:id="1"/>
      </w:r>
      <w:r>
        <w:t>and manuscript details.</w:t>
      </w:r>
    </w:p>
    <w:p w14:paraId="15ED384A" w14:textId="77777777" w:rsidR="00833B45" w:rsidRDefault="00833B45"/>
    <w:tbl>
      <w:tblPr>
        <w:tblStyle w:val="af9"/>
        <w:tblW w:w="0" w:type="auto"/>
        <w:tblLook w:val="04A0" w:firstRow="1" w:lastRow="0" w:firstColumn="1" w:lastColumn="0" w:noHBand="0" w:noVBand="1"/>
      </w:tblPr>
      <w:tblGrid>
        <w:gridCol w:w="4320"/>
        <w:gridCol w:w="4320"/>
      </w:tblGrid>
      <w:tr w:rsidR="00E31DC8" w14:paraId="17ABE8DC" w14:textId="77777777">
        <w:tc>
          <w:tcPr>
            <w:tcW w:w="4320" w:type="dxa"/>
          </w:tcPr>
          <w:p w14:paraId="573CEB6D" w14:textId="77777777" w:rsidR="00E31DC8" w:rsidRDefault="001924A1">
            <w:r>
              <w:rPr>
                <w:b/>
              </w:rPr>
              <w:t>이름</w:t>
            </w:r>
            <w:r>
              <w:rPr>
                <w:b/>
              </w:rPr>
              <w:t xml:space="preserve"> (</w:t>
            </w:r>
            <w:r>
              <w:rPr>
                <w:b/>
              </w:rPr>
              <w:t>국문</w:t>
            </w:r>
            <w:r>
              <w:rPr>
                <w:b/>
              </w:rPr>
              <w:t xml:space="preserve">, </w:t>
            </w:r>
            <w:r>
              <w:rPr>
                <w:b/>
              </w:rPr>
              <w:t>영문</w:t>
            </w:r>
            <w:r>
              <w:rPr>
                <w:b/>
              </w:rPr>
              <w:t>) / Full Name</w:t>
            </w:r>
          </w:p>
        </w:tc>
        <w:tc>
          <w:tcPr>
            <w:tcW w:w="4320" w:type="dxa"/>
          </w:tcPr>
          <w:p w14:paraId="572092C8" w14:textId="0B9A9929" w:rsidR="00E31DC8" w:rsidRDefault="00E31DC8"/>
        </w:tc>
      </w:tr>
      <w:tr w:rsidR="0015224E" w14:paraId="509A4C50" w14:textId="77777777">
        <w:tc>
          <w:tcPr>
            <w:tcW w:w="4320" w:type="dxa"/>
          </w:tcPr>
          <w:p w14:paraId="268AE167" w14:textId="27D4CED0" w:rsidR="0015224E" w:rsidRPr="0015224E" w:rsidRDefault="001924A1">
            <w:pPr>
              <w:rPr>
                <w:rFonts w:eastAsia="맑은 고딕"/>
                <w:b/>
                <w:lang w:eastAsia="ko-KR"/>
              </w:rPr>
            </w:pPr>
            <w:r>
              <w:rPr>
                <w:rFonts w:eastAsia="맑은 고딕" w:hint="eastAsia"/>
                <w:b/>
                <w:lang w:eastAsia="ko-KR"/>
              </w:rPr>
              <w:t>원고</w:t>
            </w:r>
            <w:r w:rsidR="0015224E">
              <w:rPr>
                <w:rFonts w:eastAsia="맑은 고딕" w:hint="eastAsia"/>
                <w:b/>
                <w:lang w:eastAsia="ko-KR"/>
              </w:rPr>
              <w:t xml:space="preserve"> </w:t>
            </w:r>
            <w:r w:rsidR="0015224E">
              <w:rPr>
                <w:rFonts w:eastAsia="맑은 고딕" w:hint="eastAsia"/>
                <w:b/>
                <w:lang w:eastAsia="ko-KR"/>
              </w:rPr>
              <w:t>제목</w:t>
            </w:r>
            <w:r w:rsidR="0015224E">
              <w:rPr>
                <w:rFonts w:eastAsia="맑은 고딕" w:hint="eastAsia"/>
                <w:b/>
                <w:lang w:eastAsia="ko-KR"/>
              </w:rPr>
              <w:t xml:space="preserve"> </w:t>
            </w:r>
            <w:r w:rsidR="0015224E">
              <w:rPr>
                <w:rFonts w:eastAsia="맑은 고딕"/>
                <w:b/>
                <w:lang w:eastAsia="ko-KR"/>
              </w:rPr>
              <w:t>(</w:t>
            </w:r>
            <w:r w:rsidR="0015224E">
              <w:rPr>
                <w:rFonts w:eastAsia="맑은 고딕" w:hint="eastAsia"/>
                <w:b/>
                <w:lang w:eastAsia="ko-KR"/>
              </w:rPr>
              <w:t>국문</w:t>
            </w:r>
            <w:r w:rsidR="0015224E">
              <w:rPr>
                <w:rFonts w:eastAsia="맑은 고딕" w:hint="eastAsia"/>
                <w:b/>
                <w:lang w:eastAsia="ko-KR"/>
              </w:rPr>
              <w:t>,</w:t>
            </w:r>
            <w:r w:rsidR="0015224E">
              <w:rPr>
                <w:rFonts w:eastAsia="맑은 고딕"/>
                <w:b/>
                <w:lang w:eastAsia="ko-KR"/>
              </w:rPr>
              <w:t xml:space="preserve"> </w:t>
            </w:r>
            <w:r w:rsidR="0015224E">
              <w:rPr>
                <w:rFonts w:eastAsia="맑은 고딕" w:hint="eastAsia"/>
                <w:b/>
                <w:lang w:eastAsia="ko-KR"/>
              </w:rPr>
              <w:t>영문</w:t>
            </w:r>
            <w:proofErr w:type="gramStart"/>
            <w:r w:rsidR="0015224E">
              <w:rPr>
                <w:rFonts w:eastAsia="맑은 고딕" w:hint="eastAsia"/>
                <w:b/>
                <w:lang w:eastAsia="ko-KR"/>
              </w:rPr>
              <w:t>)</w:t>
            </w:r>
            <w:r w:rsidR="0015224E">
              <w:rPr>
                <w:rFonts w:eastAsia="맑은 고딕"/>
                <w:b/>
                <w:lang w:eastAsia="ko-KR"/>
              </w:rPr>
              <w:t xml:space="preserve"> /</w:t>
            </w:r>
            <w:proofErr w:type="gramEnd"/>
            <w:r w:rsidR="0015224E">
              <w:rPr>
                <w:rFonts w:eastAsia="맑은 고딕"/>
                <w:b/>
                <w:lang w:eastAsia="ko-KR"/>
              </w:rPr>
              <w:t xml:space="preserve">  Manuscript Title</w:t>
            </w:r>
          </w:p>
        </w:tc>
        <w:tc>
          <w:tcPr>
            <w:tcW w:w="4320" w:type="dxa"/>
          </w:tcPr>
          <w:p w14:paraId="38F6013D" w14:textId="77777777" w:rsidR="0015224E" w:rsidRDefault="0015224E">
            <w:pPr>
              <w:rPr>
                <w:lang w:eastAsia="ko-KR"/>
              </w:rPr>
            </w:pPr>
          </w:p>
        </w:tc>
      </w:tr>
      <w:tr w:rsidR="00E31DC8" w14:paraId="61A87389" w14:textId="77777777">
        <w:tc>
          <w:tcPr>
            <w:tcW w:w="4320" w:type="dxa"/>
          </w:tcPr>
          <w:p w14:paraId="39111078" w14:textId="77777777" w:rsidR="00E31DC8" w:rsidRDefault="001924A1">
            <w:proofErr w:type="spellStart"/>
            <w:r>
              <w:rPr>
                <w:b/>
              </w:rPr>
              <w:t>저자</w:t>
            </w:r>
            <w:proofErr w:type="spellEnd"/>
            <w:r>
              <w:rPr>
                <w:b/>
              </w:rPr>
              <w:t xml:space="preserve"> </w:t>
            </w:r>
            <w:proofErr w:type="spellStart"/>
            <w:r>
              <w:rPr>
                <w:b/>
              </w:rPr>
              <w:t>구분</w:t>
            </w:r>
            <w:proofErr w:type="spellEnd"/>
            <w:r>
              <w:rPr>
                <w:b/>
              </w:rPr>
              <w:t xml:space="preserve"> / Author Roles (the first author, corresponding author, and co-authors)</w:t>
            </w:r>
          </w:p>
        </w:tc>
        <w:tc>
          <w:tcPr>
            <w:tcW w:w="4320" w:type="dxa"/>
          </w:tcPr>
          <w:p w14:paraId="5EB1AF8C" w14:textId="4895297A" w:rsidR="00E31DC8" w:rsidRDefault="00E31DC8"/>
        </w:tc>
      </w:tr>
      <w:tr w:rsidR="00E31DC8" w14:paraId="351D9A22" w14:textId="77777777">
        <w:tc>
          <w:tcPr>
            <w:tcW w:w="4320" w:type="dxa"/>
          </w:tcPr>
          <w:p w14:paraId="16653B45" w14:textId="77777777" w:rsidR="00E31DC8" w:rsidRDefault="001924A1">
            <w:r>
              <w:rPr>
                <w:b/>
              </w:rPr>
              <w:t>소속</w:t>
            </w:r>
            <w:r>
              <w:rPr>
                <w:b/>
              </w:rPr>
              <w:t xml:space="preserve"> (</w:t>
            </w:r>
            <w:r>
              <w:rPr>
                <w:b/>
              </w:rPr>
              <w:t>국문</w:t>
            </w:r>
            <w:r>
              <w:rPr>
                <w:b/>
              </w:rPr>
              <w:t xml:space="preserve">, </w:t>
            </w:r>
            <w:r>
              <w:rPr>
                <w:b/>
              </w:rPr>
              <w:t>영문</w:t>
            </w:r>
            <w:r>
              <w:rPr>
                <w:b/>
              </w:rPr>
              <w:t>) / Affiliation</w:t>
            </w:r>
          </w:p>
        </w:tc>
        <w:tc>
          <w:tcPr>
            <w:tcW w:w="4320" w:type="dxa"/>
          </w:tcPr>
          <w:p w14:paraId="449F7A24" w14:textId="1D6508CF" w:rsidR="00E31DC8" w:rsidRDefault="00E31DC8"/>
        </w:tc>
      </w:tr>
      <w:tr w:rsidR="00E31DC8" w14:paraId="04543122" w14:textId="77777777">
        <w:tc>
          <w:tcPr>
            <w:tcW w:w="4320" w:type="dxa"/>
          </w:tcPr>
          <w:p w14:paraId="4BAEE923" w14:textId="77777777" w:rsidR="00E31DC8" w:rsidRDefault="001924A1">
            <w:r>
              <w:rPr>
                <w:b/>
              </w:rPr>
              <w:t>직위</w:t>
            </w:r>
            <w:r>
              <w:rPr>
                <w:b/>
              </w:rPr>
              <w:t xml:space="preserve"> (</w:t>
            </w:r>
            <w:r>
              <w:rPr>
                <w:b/>
              </w:rPr>
              <w:t>국문</w:t>
            </w:r>
            <w:r>
              <w:rPr>
                <w:b/>
              </w:rPr>
              <w:t xml:space="preserve">, </w:t>
            </w:r>
            <w:r>
              <w:rPr>
                <w:b/>
              </w:rPr>
              <w:t>영문</w:t>
            </w:r>
            <w:r>
              <w:rPr>
                <w:b/>
              </w:rPr>
              <w:t>) / Position/Title</w:t>
            </w:r>
          </w:p>
        </w:tc>
        <w:tc>
          <w:tcPr>
            <w:tcW w:w="4320" w:type="dxa"/>
          </w:tcPr>
          <w:p w14:paraId="1032B4F1" w14:textId="480FBEB9" w:rsidR="00E31DC8" w:rsidRDefault="00E31DC8"/>
        </w:tc>
        <w:bookmarkStart w:id="2" w:name="_GoBack"/>
        <w:bookmarkEnd w:id="2"/>
      </w:tr>
      <w:tr w:rsidR="00E31DC8" w14:paraId="12847232" w14:textId="77777777">
        <w:tc>
          <w:tcPr>
            <w:tcW w:w="4320" w:type="dxa"/>
          </w:tcPr>
          <w:p w14:paraId="2CEDA5F1" w14:textId="77777777" w:rsidR="00E31DC8" w:rsidRDefault="001924A1">
            <w:r>
              <w:rPr>
                <w:b/>
              </w:rPr>
              <w:t>전화번호</w:t>
            </w:r>
            <w:r>
              <w:rPr>
                <w:b/>
              </w:rPr>
              <w:t xml:space="preserve"> / Phone Number</w:t>
            </w:r>
          </w:p>
        </w:tc>
        <w:tc>
          <w:tcPr>
            <w:tcW w:w="4320" w:type="dxa"/>
          </w:tcPr>
          <w:p w14:paraId="3403D80E" w14:textId="1F148AAA" w:rsidR="00E31DC8" w:rsidRDefault="00E31DC8"/>
        </w:tc>
      </w:tr>
      <w:tr w:rsidR="00E31DC8" w14:paraId="238DDE0D" w14:textId="77777777">
        <w:tc>
          <w:tcPr>
            <w:tcW w:w="4320" w:type="dxa"/>
          </w:tcPr>
          <w:p w14:paraId="7E1DAB39" w14:textId="77777777" w:rsidR="00E31DC8" w:rsidRDefault="001924A1">
            <w:r>
              <w:rPr>
                <w:b/>
              </w:rPr>
              <w:t>이메일</w:t>
            </w:r>
            <w:r>
              <w:rPr>
                <w:b/>
              </w:rPr>
              <w:t xml:space="preserve"> </w:t>
            </w:r>
            <w:r>
              <w:rPr>
                <w:b/>
              </w:rPr>
              <w:t>주소</w:t>
            </w:r>
            <w:r>
              <w:rPr>
                <w:b/>
              </w:rPr>
              <w:t xml:space="preserve"> / Email Address</w:t>
            </w:r>
          </w:p>
        </w:tc>
        <w:tc>
          <w:tcPr>
            <w:tcW w:w="4320" w:type="dxa"/>
          </w:tcPr>
          <w:p w14:paraId="533E9959" w14:textId="72184BDC" w:rsidR="00E31DC8" w:rsidRDefault="00E31DC8"/>
        </w:tc>
      </w:tr>
      <w:tr w:rsidR="00E31DC8" w14:paraId="243878C8" w14:textId="77777777">
        <w:tc>
          <w:tcPr>
            <w:tcW w:w="4320" w:type="dxa"/>
          </w:tcPr>
          <w:p w14:paraId="148C4FB9" w14:textId="77777777" w:rsidR="00E31DC8" w:rsidRDefault="001924A1">
            <w:r>
              <w:rPr>
                <w:b/>
              </w:rPr>
              <w:t>우편</w:t>
            </w:r>
            <w:r>
              <w:rPr>
                <w:b/>
              </w:rPr>
              <w:t xml:space="preserve"> </w:t>
            </w:r>
            <w:r>
              <w:rPr>
                <w:b/>
              </w:rPr>
              <w:t>주소</w:t>
            </w:r>
            <w:r>
              <w:rPr>
                <w:b/>
              </w:rPr>
              <w:t xml:space="preserve"> / Mailing Address for journal correspondence</w:t>
            </w:r>
          </w:p>
        </w:tc>
        <w:tc>
          <w:tcPr>
            <w:tcW w:w="4320" w:type="dxa"/>
          </w:tcPr>
          <w:p w14:paraId="65DB2C1E" w14:textId="2923284A" w:rsidR="00E31DC8" w:rsidRDefault="00E31DC8"/>
        </w:tc>
      </w:tr>
      <w:tr w:rsidR="00E31DC8" w14:paraId="4CA432D5" w14:textId="77777777">
        <w:tc>
          <w:tcPr>
            <w:tcW w:w="4320" w:type="dxa"/>
          </w:tcPr>
          <w:p w14:paraId="7EBE308F" w14:textId="548571B1" w:rsidR="00E31DC8" w:rsidRDefault="001924A1">
            <w:proofErr w:type="spellStart"/>
            <w:r>
              <w:rPr>
                <w:b/>
              </w:rPr>
              <w:t>사사표기</w:t>
            </w:r>
            <w:proofErr w:type="spellEnd"/>
            <w:r>
              <w:rPr>
                <w:b/>
              </w:rPr>
              <w:t xml:space="preserve"> / </w:t>
            </w:r>
            <w:r w:rsidRPr="001924A1">
              <w:rPr>
                <w:b/>
              </w:rPr>
              <w:t>Acknowledgment of Research Funding - If applicable, include any funding sources or acknowledgments</w:t>
            </w:r>
          </w:p>
        </w:tc>
        <w:tc>
          <w:tcPr>
            <w:tcW w:w="4320" w:type="dxa"/>
          </w:tcPr>
          <w:p w14:paraId="6159C9EB" w14:textId="189A6E85" w:rsidR="00E31DC8" w:rsidRDefault="00E31DC8"/>
        </w:tc>
      </w:tr>
      <w:tr w:rsidR="00E31DC8" w14:paraId="491D881D" w14:textId="77777777">
        <w:tc>
          <w:tcPr>
            <w:tcW w:w="4320" w:type="dxa"/>
          </w:tcPr>
          <w:p w14:paraId="523EF5E3" w14:textId="77777777" w:rsidR="00E31DC8" w:rsidRDefault="001924A1">
            <w:r>
              <w:rPr>
                <w:b/>
              </w:rPr>
              <w:t>저자</w:t>
            </w:r>
            <w:r>
              <w:rPr>
                <w:b/>
              </w:rPr>
              <w:t xml:space="preserve"> </w:t>
            </w:r>
            <w:r>
              <w:rPr>
                <w:b/>
              </w:rPr>
              <w:t>소개</w:t>
            </w:r>
            <w:r>
              <w:rPr>
                <w:b/>
              </w:rPr>
              <w:t xml:space="preserve"> (</w:t>
            </w:r>
            <w:r>
              <w:rPr>
                <w:b/>
              </w:rPr>
              <w:t>선택</w:t>
            </w:r>
            <w:r>
              <w:rPr>
                <w:b/>
              </w:rPr>
              <w:t>) / Short Biography (optional, 3–5 lines per author: research areas, academic interests, recent publications)</w:t>
            </w:r>
          </w:p>
        </w:tc>
        <w:tc>
          <w:tcPr>
            <w:tcW w:w="4320" w:type="dxa"/>
          </w:tcPr>
          <w:p w14:paraId="546BDD81" w14:textId="778EB0F7" w:rsidR="00E31DC8" w:rsidRDefault="00E31DC8"/>
        </w:tc>
      </w:tr>
      <w:tr w:rsidR="00E31DC8" w14:paraId="34E9CE86" w14:textId="77777777">
        <w:tc>
          <w:tcPr>
            <w:tcW w:w="4320" w:type="dxa"/>
          </w:tcPr>
          <w:p w14:paraId="0CFB89BE" w14:textId="77777777" w:rsidR="00E31DC8" w:rsidRDefault="001924A1">
            <w:r>
              <w:rPr>
                <w:b/>
              </w:rPr>
              <w:t>특기사항</w:t>
            </w:r>
            <w:r>
              <w:rPr>
                <w:b/>
              </w:rPr>
              <w:t xml:space="preserve"> / Additional Remarks (optional)</w:t>
            </w:r>
          </w:p>
        </w:tc>
        <w:tc>
          <w:tcPr>
            <w:tcW w:w="4320" w:type="dxa"/>
          </w:tcPr>
          <w:p w14:paraId="28E00342" w14:textId="3827ECF7" w:rsidR="00E31DC8" w:rsidRDefault="00E31DC8"/>
        </w:tc>
      </w:tr>
    </w:tbl>
    <w:p w14:paraId="628FF617" w14:textId="77777777" w:rsidR="00833B45" w:rsidRDefault="00833B45"/>
    <w:p w14:paraId="08A4B277" w14:textId="4CE0AE6A" w:rsidR="00E31DC8" w:rsidRDefault="001924A1">
      <w:r>
        <w:t>I (We) hereby confirm that the research ethics regulations established by the Korean Association for the Sociology of Religion have been fully observed, and that information identifying the author(s) has not been disclosed in the manuscript under review.</w:t>
      </w:r>
    </w:p>
    <w:p w14:paraId="315F3328" w14:textId="77777777" w:rsidR="00E31DC8" w:rsidRDefault="001924A1">
      <w:pPr>
        <w:jc w:val="right"/>
      </w:pPr>
      <w:r>
        <w:br/>
        <w:t>Date: __________________</w:t>
      </w:r>
      <w:r>
        <w:br/>
        <w:t>Name: __________________</w:t>
      </w:r>
    </w:p>
    <w:sectPr w:rsidR="00E31DC8" w:rsidSect="00034616">
      <w:pgSz w:w="12240" w:h="15840"/>
      <w:pgMar w:top="1440" w:right="1800" w:bottom="1440" w:left="180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kwafuraha@naver.com" w:date="2025-09-21T00:42:00Z" w:initials="k">
    <w:p w14:paraId="5D5EF024" w14:textId="77777777" w:rsidR="0015224E" w:rsidRDefault="0015224E">
      <w:pPr>
        <w:pStyle w:val="aff2"/>
        <w:rPr>
          <w:rFonts w:eastAsia="맑은 고딕"/>
          <w:lang w:eastAsia="ko-KR"/>
        </w:rPr>
      </w:pPr>
      <w:r>
        <w:rPr>
          <w:rStyle w:val="aff1"/>
        </w:rPr>
        <w:annotationRef/>
      </w:r>
      <w:r>
        <w:rPr>
          <w:rFonts w:eastAsia="맑은 고딕" w:hint="eastAsia"/>
          <w:lang w:eastAsia="ko-KR"/>
        </w:rPr>
        <w:t>논문을</w:t>
      </w:r>
      <w:r>
        <w:rPr>
          <w:rFonts w:eastAsia="맑은 고딕" w:hint="eastAsia"/>
          <w:lang w:eastAsia="ko-KR"/>
        </w:rPr>
        <w:t xml:space="preserve"> </w:t>
      </w:r>
      <w:r>
        <w:rPr>
          <w:rFonts w:eastAsia="맑은 고딕" w:hint="eastAsia"/>
          <w:lang w:eastAsia="ko-KR"/>
        </w:rPr>
        <w:t>투고하는</w:t>
      </w:r>
      <w:r>
        <w:rPr>
          <w:rFonts w:eastAsia="맑은 고딕" w:hint="eastAsia"/>
          <w:lang w:eastAsia="ko-KR"/>
        </w:rPr>
        <w:t xml:space="preserve"> </w:t>
      </w:r>
      <w:r>
        <w:rPr>
          <w:rFonts w:eastAsia="맑은 고딕" w:hint="eastAsia"/>
          <w:lang w:eastAsia="ko-KR"/>
        </w:rPr>
        <w:t>권</w:t>
      </w:r>
      <w:r>
        <w:rPr>
          <w:rFonts w:eastAsia="맑은 고딕" w:hint="eastAsia"/>
          <w:lang w:eastAsia="ko-KR"/>
        </w:rPr>
        <w:t>,</w:t>
      </w:r>
      <w:r>
        <w:rPr>
          <w:rFonts w:eastAsia="맑은 고딕"/>
          <w:lang w:eastAsia="ko-KR"/>
        </w:rPr>
        <w:t xml:space="preserve"> </w:t>
      </w:r>
      <w:r>
        <w:rPr>
          <w:rFonts w:eastAsia="맑은 고딕" w:hint="eastAsia"/>
          <w:lang w:eastAsia="ko-KR"/>
        </w:rPr>
        <w:t>호</w:t>
      </w:r>
      <w:r>
        <w:rPr>
          <w:rFonts w:eastAsia="맑은 고딕" w:hint="eastAsia"/>
          <w:lang w:eastAsia="ko-KR"/>
        </w:rPr>
        <w:t xml:space="preserve"> </w:t>
      </w:r>
      <w:r>
        <w:rPr>
          <w:rFonts w:eastAsia="맑은 고딕" w:hint="eastAsia"/>
          <w:lang w:eastAsia="ko-KR"/>
        </w:rPr>
        <w:t>정보를</w:t>
      </w:r>
      <w:r>
        <w:rPr>
          <w:rFonts w:eastAsia="맑은 고딕" w:hint="eastAsia"/>
          <w:lang w:eastAsia="ko-KR"/>
        </w:rPr>
        <w:t xml:space="preserve"> </w:t>
      </w:r>
      <w:r>
        <w:rPr>
          <w:rFonts w:eastAsia="맑은 고딕" w:hint="eastAsia"/>
          <w:lang w:eastAsia="ko-KR"/>
        </w:rPr>
        <w:t>기입하여</w:t>
      </w:r>
      <w:r>
        <w:rPr>
          <w:rFonts w:eastAsia="맑은 고딕" w:hint="eastAsia"/>
          <w:lang w:eastAsia="ko-KR"/>
        </w:rPr>
        <w:t xml:space="preserve"> </w:t>
      </w:r>
      <w:r>
        <w:rPr>
          <w:rFonts w:eastAsia="맑은 고딕" w:hint="eastAsia"/>
          <w:lang w:eastAsia="ko-KR"/>
        </w:rPr>
        <w:t>주십시오</w:t>
      </w:r>
      <w:r>
        <w:rPr>
          <w:rFonts w:eastAsia="맑은 고딕" w:hint="eastAsia"/>
          <w:lang w:eastAsia="ko-KR"/>
        </w:rPr>
        <w:t>.</w:t>
      </w:r>
    </w:p>
    <w:p w14:paraId="39F50F50" w14:textId="322C244F" w:rsidR="0015224E" w:rsidRPr="0015224E" w:rsidRDefault="0015224E">
      <w:pPr>
        <w:pStyle w:val="aff2"/>
        <w:rPr>
          <w:rFonts w:eastAsia="맑은 고딕"/>
          <w:lang w:eastAsia="ko-KR"/>
        </w:rPr>
      </w:pPr>
      <w:r w:rsidRPr="0015224E">
        <w:rPr>
          <w:rFonts w:eastAsia="맑은 고딕"/>
          <w:lang w:eastAsia="ko-KR"/>
        </w:rPr>
        <w:t>Please indicate the volume and issue number to which the manuscript is being submitted.</w:t>
      </w:r>
    </w:p>
  </w:comment>
  <w:comment w:id="1" w:author="kwafuraha@naver.com" w:date="2025-09-21T00:43:00Z" w:initials="k">
    <w:p w14:paraId="0682A86D" w14:textId="77777777" w:rsidR="0015224E" w:rsidRDefault="0015224E">
      <w:pPr>
        <w:pStyle w:val="aff2"/>
        <w:rPr>
          <w:rFonts w:ascii="맑은 고딕" w:eastAsia="맑은 고딕" w:hAnsi="맑은 고딕" w:cs="맑은 고딕"/>
          <w:lang w:eastAsia="ko-KR"/>
        </w:rPr>
      </w:pPr>
      <w:r>
        <w:rPr>
          <w:rStyle w:val="aff1"/>
        </w:rPr>
        <w:annotationRef/>
      </w:r>
      <w:r>
        <w:rPr>
          <w:rFonts w:ascii="맑은 고딕" w:eastAsia="맑은 고딕" w:hAnsi="맑은 고딕" w:cs="맑은 고딕" w:hint="eastAsia"/>
          <w:lang w:eastAsia="ko-KR"/>
        </w:rPr>
        <w:t>저자가 여러 명일 경우,</w:t>
      </w:r>
      <w:r>
        <w:rPr>
          <w:rFonts w:ascii="맑은 고딕" w:eastAsia="맑은 고딕" w:hAnsi="맑은 고딕" w:cs="맑은 고딕"/>
          <w:lang w:eastAsia="ko-KR"/>
        </w:rPr>
        <w:t xml:space="preserve"> </w:t>
      </w:r>
      <w:r>
        <w:rPr>
          <w:rFonts w:ascii="맑은 고딕" w:eastAsia="맑은 고딕" w:hAnsi="맑은 고딕" w:cs="맑은 고딕" w:hint="eastAsia"/>
          <w:lang w:eastAsia="ko-KR"/>
        </w:rPr>
        <w:t>모두의 정보를 기입하여 주십시오.</w:t>
      </w:r>
    </w:p>
    <w:p w14:paraId="6279B0C1" w14:textId="46464058" w:rsidR="0015224E" w:rsidRDefault="0015224E">
      <w:pPr>
        <w:pStyle w:val="aff2"/>
        <w:rPr>
          <w:lang w:eastAsia="ko-KR"/>
        </w:rPr>
      </w:pPr>
      <w:r w:rsidRPr="0015224E">
        <w:rPr>
          <w:lang w:eastAsia="ko-KR"/>
        </w:rPr>
        <w:t>For manuscripts with multiple authors, please include the information of all authors.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9F50F50" w15:done="0"/>
  <w15:commentEx w15:paraId="6279B0C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C79C85E" w16cex:dateUtc="2025-09-20T15:42:00Z"/>
  <w16cex:commentExtensible w16cex:durableId="2C79C8AF" w16cex:dateUtc="2025-09-20T15: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9F50F50" w16cid:durableId="2C79C85E"/>
  <w16cid:commentId w16cid:paraId="6279B0C1" w16cid:durableId="2C79C8AF"/>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맑은 고딕">
    <w:panose1 w:val="020B0503020000020004"/>
    <w:charset w:val="81"/>
    <w:family w:val="modern"/>
    <w:pitch w:val="variable"/>
    <w:sig w:usb0="9000002F" w:usb1="29D77CFB" w:usb2="00000012" w:usb3="00000000" w:csb0="0008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kwafuraha@naver.com">
    <w15:presenceInfo w15:providerId="Windows Live" w15:userId="733203736dc678f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bordersDoNotSurroundHeader/>
  <w:bordersDoNotSurroundFooter/>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5074B"/>
    <w:rsid w:val="0015224E"/>
    <w:rsid w:val="001924A1"/>
    <w:rsid w:val="0029639D"/>
    <w:rsid w:val="00326F90"/>
    <w:rsid w:val="00833B45"/>
    <w:rsid w:val="00AA1D8D"/>
    <w:rsid w:val="00B47730"/>
    <w:rsid w:val="00BA64D8"/>
    <w:rsid w:val="00CB0664"/>
    <w:rsid w:val="00E31DC8"/>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5B47955"/>
  <w14:defaultImageDpi w14:val="300"/>
  <w15:docId w15:val="{A6BA0062-C1CD-4667-8A5B-0CBAEF889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FC693F"/>
    <w:rPr>
      <w:rFonts w:ascii="Times New Roman" w:hAnsi="Times New Roman"/>
    </w:rPr>
  </w:style>
  <w:style w:type="paragraph" w:styleId="1">
    <w:name w:val="heading 1"/>
    <w:basedOn w:val="a1"/>
    <w:next w:val="a1"/>
    <w:link w:val="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Char"/>
    <w:uiPriority w:val="99"/>
    <w:unhideWhenUsed/>
    <w:rsid w:val="00E618BF"/>
    <w:pPr>
      <w:tabs>
        <w:tab w:val="center" w:pos="4680"/>
        <w:tab w:val="right" w:pos="9360"/>
      </w:tabs>
      <w:spacing w:after="0" w:line="240" w:lineRule="auto"/>
    </w:pPr>
  </w:style>
  <w:style w:type="character" w:customStyle="1" w:styleId="Char">
    <w:name w:val="머리글 Char"/>
    <w:basedOn w:val="a2"/>
    <w:link w:val="a5"/>
    <w:uiPriority w:val="99"/>
    <w:rsid w:val="00E618BF"/>
  </w:style>
  <w:style w:type="paragraph" w:styleId="a6">
    <w:name w:val="footer"/>
    <w:basedOn w:val="a1"/>
    <w:link w:val="Char0"/>
    <w:uiPriority w:val="99"/>
    <w:unhideWhenUsed/>
    <w:rsid w:val="00E618BF"/>
    <w:pPr>
      <w:tabs>
        <w:tab w:val="center" w:pos="4680"/>
        <w:tab w:val="right" w:pos="9360"/>
      </w:tabs>
      <w:spacing w:after="0" w:line="240" w:lineRule="auto"/>
    </w:pPr>
  </w:style>
  <w:style w:type="character" w:customStyle="1" w:styleId="Char0">
    <w:name w:val="바닥글 Char"/>
    <w:basedOn w:val="a2"/>
    <w:link w:val="a6"/>
    <w:uiPriority w:val="99"/>
    <w:rsid w:val="00E618BF"/>
  </w:style>
  <w:style w:type="paragraph" w:styleId="a7">
    <w:name w:val="No Spacing"/>
    <w:uiPriority w:val="1"/>
    <w:qFormat/>
    <w:rsid w:val="00FC693F"/>
    <w:pPr>
      <w:spacing w:after="0" w:line="240" w:lineRule="auto"/>
    </w:pPr>
  </w:style>
  <w:style w:type="character" w:customStyle="1" w:styleId="1Char">
    <w:name w:val="제목 1 Char"/>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Char">
    <w:name w:val="제목 2 Char"/>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Char">
    <w:name w:val="제목 3 Char"/>
    <w:basedOn w:val="a2"/>
    <w:link w:val="31"/>
    <w:uiPriority w:val="9"/>
    <w:rsid w:val="00FC693F"/>
    <w:rPr>
      <w:rFonts w:asciiTheme="majorHAnsi" w:eastAsiaTheme="majorEastAsia" w:hAnsiTheme="majorHAnsi" w:cstheme="majorBidi"/>
      <w:b/>
      <w:bCs/>
      <w:color w:val="4F81BD" w:themeColor="accent1"/>
    </w:rPr>
  </w:style>
  <w:style w:type="paragraph" w:styleId="a8">
    <w:name w:val="Title"/>
    <w:basedOn w:val="a1"/>
    <w:next w:val="a1"/>
    <w:link w:val="Char1"/>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1">
    <w:name w:val="제목 Char"/>
    <w:basedOn w:val="a2"/>
    <w:link w:val="a8"/>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9">
    <w:name w:val="Subtitle"/>
    <w:basedOn w:val="a1"/>
    <w:next w:val="a1"/>
    <w:link w:val="Char2"/>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부제 Char"/>
    <w:basedOn w:val="a2"/>
    <w:link w:val="a9"/>
    <w:uiPriority w:val="11"/>
    <w:rsid w:val="00FC693F"/>
    <w:rPr>
      <w:rFonts w:asciiTheme="majorHAnsi" w:eastAsiaTheme="majorEastAsia" w:hAnsiTheme="majorHAnsi" w:cstheme="majorBidi"/>
      <w:i/>
      <w:iCs/>
      <w:color w:val="4F81BD" w:themeColor="accent1"/>
      <w:spacing w:val="15"/>
      <w:sz w:val="24"/>
      <w:szCs w:val="24"/>
    </w:rPr>
  </w:style>
  <w:style w:type="paragraph" w:styleId="aa">
    <w:name w:val="List Paragraph"/>
    <w:basedOn w:val="a1"/>
    <w:uiPriority w:val="34"/>
    <w:qFormat/>
    <w:rsid w:val="00FC693F"/>
    <w:pPr>
      <w:ind w:left="720"/>
      <w:contextualSpacing/>
    </w:pPr>
  </w:style>
  <w:style w:type="paragraph" w:styleId="ab">
    <w:name w:val="Body Text"/>
    <w:basedOn w:val="a1"/>
    <w:link w:val="Char3"/>
    <w:uiPriority w:val="99"/>
    <w:unhideWhenUsed/>
    <w:rsid w:val="00AA1D8D"/>
    <w:pPr>
      <w:spacing w:after="120"/>
    </w:pPr>
  </w:style>
  <w:style w:type="character" w:customStyle="1" w:styleId="Char3">
    <w:name w:val="본문 Char"/>
    <w:basedOn w:val="a2"/>
    <w:link w:val="ab"/>
    <w:uiPriority w:val="99"/>
    <w:rsid w:val="00AA1D8D"/>
  </w:style>
  <w:style w:type="paragraph" w:styleId="22">
    <w:name w:val="Body Text 2"/>
    <w:basedOn w:val="a1"/>
    <w:link w:val="2Char0"/>
    <w:uiPriority w:val="99"/>
    <w:unhideWhenUsed/>
    <w:rsid w:val="00AA1D8D"/>
    <w:pPr>
      <w:spacing w:after="120" w:line="480" w:lineRule="auto"/>
    </w:pPr>
  </w:style>
  <w:style w:type="character" w:customStyle="1" w:styleId="2Char0">
    <w:name w:val="본문 2 Char"/>
    <w:basedOn w:val="a2"/>
    <w:link w:val="22"/>
    <w:uiPriority w:val="99"/>
    <w:rsid w:val="00AA1D8D"/>
  </w:style>
  <w:style w:type="paragraph" w:styleId="32">
    <w:name w:val="Body Text 3"/>
    <w:basedOn w:val="a1"/>
    <w:link w:val="3Char0"/>
    <w:uiPriority w:val="99"/>
    <w:unhideWhenUsed/>
    <w:rsid w:val="00AA1D8D"/>
    <w:pPr>
      <w:spacing w:after="120"/>
    </w:pPr>
    <w:rPr>
      <w:sz w:val="16"/>
      <w:szCs w:val="16"/>
    </w:rPr>
  </w:style>
  <w:style w:type="character" w:customStyle="1" w:styleId="3Char0">
    <w:name w:val="본문 3 Char"/>
    <w:basedOn w:val="a2"/>
    <w:link w:val="32"/>
    <w:uiPriority w:val="99"/>
    <w:rsid w:val="00AA1D8D"/>
    <w:rPr>
      <w:sz w:val="16"/>
      <w:szCs w:val="16"/>
    </w:rPr>
  </w:style>
  <w:style w:type="paragraph" w:styleId="ac">
    <w:name w:val="List"/>
    <w:basedOn w:val="a1"/>
    <w:uiPriority w:val="99"/>
    <w:unhideWhenUsed/>
    <w:rsid w:val="00AA1D8D"/>
    <w:pPr>
      <w:ind w:left="360" w:hanging="360"/>
      <w:contextualSpacing/>
    </w:pPr>
  </w:style>
  <w:style w:type="paragraph" w:styleId="23">
    <w:name w:val="List 2"/>
    <w:basedOn w:val="a1"/>
    <w:uiPriority w:val="99"/>
    <w:unhideWhenUsed/>
    <w:rsid w:val="00326F90"/>
    <w:pPr>
      <w:ind w:left="720" w:hanging="360"/>
      <w:contextualSpacing/>
    </w:pPr>
  </w:style>
  <w:style w:type="paragraph" w:styleId="33">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d">
    <w:name w:val="List Continue"/>
    <w:basedOn w:val="a1"/>
    <w:uiPriority w:val="99"/>
    <w:unhideWhenUsed/>
    <w:rsid w:val="0029639D"/>
    <w:pPr>
      <w:spacing w:after="120"/>
      <w:ind w:left="360"/>
      <w:contextualSpacing/>
    </w:pPr>
  </w:style>
  <w:style w:type="paragraph" w:styleId="24">
    <w:name w:val="List Continue 2"/>
    <w:basedOn w:val="a1"/>
    <w:uiPriority w:val="99"/>
    <w:unhideWhenUsed/>
    <w:rsid w:val="0029639D"/>
    <w:pPr>
      <w:spacing w:after="120"/>
      <w:ind w:left="720"/>
      <w:contextualSpacing/>
    </w:pPr>
  </w:style>
  <w:style w:type="paragraph" w:styleId="34">
    <w:name w:val="List Continue 3"/>
    <w:basedOn w:val="a1"/>
    <w:uiPriority w:val="99"/>
    <w:unhideWhenUsed/>
    <w:rsid w:val="0029639D"/>
    <w:pPr>
      <w:spacing w:after="120"/>
      <w:ind w:left="1080"/>
      <w:contextualSpacing/>
    </w:pPr>
  </w:style>
  <w:style w:type="paragraph" w:styleId="ae">
    <w:name w:val="macro"/>
    <w:link w:val="Char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Char4">
    <w:name w:val="매크로 텍스트 Char"/>
    <w:basedOn w:val="a2"/>
    <w:link w:val="ae"/>
    <w:uiPriority w:val="99"/>
    <w:rsid w:val="0029639D"/>
    <w:rPr>
      <w:rFonts w:ascii="Courier" w:hAnsi="Courier"/>
      <w:sz w:val="20"/>
      <w:szCs w:val="20"/>
    </w:rPr>
  </w:style>
  <w:style w:type="paragraph" w:styleId="af">
    <w:name w:val="Quote"/>
    <w:basedOn w:val="a1"/>
    <w:next w:val="a1"/>
    <w:link w:val="Char5"/>
    <w:uiPriority w:val="29"/>
    <w:qFormat/>
    <w:rsid w:val="00FC693F"/>
    <w:rPr>
      <w:i/>
      <w:iCs/>
      <w:color w:val="000000" w:themeColor="text1"/>
    </w:rPr>
  </w:style>
  <w:style w:type="character" w:customStyle="1" w:styleId="Char5">
    <w:name w:val="인용 Char"/>
    <w:basedOn w:val="a2"/>
    <w:link w:val="af"/>
    <w:uiPriority w:val="29"/>
    <w:rsid w:val="00FC693F"/>
    <w:rPr>
      <w:i/>
      <w:iCs/>
      <w:color w:val="000000" w:themeColor="text1"/>
    </w:rPr>
  </w:style>
  <w:style w:type="character" w:customStyle="1" w:styleId="4Char">
    <w:name w:val="제목 4 Char"/>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Char">
    <w:name w:val="제목 5 Char"/>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Char">
    <w:name w:val="제목 6 Char"/>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Char">
    <w:name w:val="제목 7 Char"/>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Char">
    <w:name w:val="제목 8 Char"/>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Char">
    <w:name w:val="제목 9 Char"/>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0">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1">
    <w:name w:val="Strong"/>
    <w:basedOn w:val="a2"/>
    <w:uiPriority w:val="22"/>
    <w:qFormat/>
    <w:rsid w:val="00FC693F"/>
    <w:rPr>
      <w:b/>
      <w:bCs/>
    </w:rPr>
  </w:style>
  <w:style w:type="character" w:styleId="af2">
    <w:name w:val="Emphasis"/>
    <w:basedOn w:val="a2"/>
    <w:uiPriority w:val="20"/>
    <w:qFormat/>
    <w:rsid w:val="00FC693F"/>
    <w:rPr>
      <w:i/>
      <w:iCs/>
    </w:rPr>
  </w:style>
  <w:style w:type="paragraph" w:styleId="af3">
    <w:name w:val="Intense Quote"/>
    <w:basedOn w:val="a1"/>
    <w:next w:val="a1"/>
    <w:link w:val="Char6"/>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har6">
    <w:name w:val="강한 인용 Char"/>
    <w:basedOn w:val="a2"/>
    <w:link w:val="af3"/>
    <w:uiPriority w:val="30"/>
    <w:rsid w:val="00FC693F"/>
    <w:rPr>
      <w:b/>
      <w:bCs/>
      <w:i/>
      <w:iCs/>
      <w:color w:val="4F81BD" w:themeColor="accent1"/>
    </w:rPr>
  </w:style>
  <w:style w:type="character" w:styleId="af4">
    <w:name w:val="Subtle Emphasis"/>
    <w:basedOn w:val="a2"/>
    <w:uiPriority w:val="19"/>
    <w:qFormat/>
    <w:rsid w:val="00FC693F"/>
    <w:rPr>
      <w:i/>
      <w:iCs/>
      <w:color w:val="808080" w:themeColor="text1" w:themeTint="7F"/>
    </w:rPr>
  </w:style>
  <w:style w:type="character" w:styleId="af5">
    <w:name w:val="Intense Emphasis"/>
    <w:basedOn w:val="a2"/>
    <w:uiPriority w:val="21"/>
    <w:qFormat/>
    <w:rsid w:val="00FC693F"/>
    <w:rPr>
      <w:b/>
      <w:bCs/>
      <w:i/>
      <w:iCs/>
      <w:color w:val="4F81BD" w:themeColor="accent1"/>
    </w:rPr>
  </w:style>
  <w:style w:type="character" w:styleId="af6">
    <w:name w:val="Subtle Reference"/>
    <w:basedOn w:val="a2"/>
    <w:uiPriority w:val="31"/>
    <w:qFormat/>
    <w:rsid w:val="00FC693F"/>
    <w:rPr>
      <w:smallCaps/>
      <w:color w:val="C0504D" w:themeColor="accent2"/>
      <w:u w:val="single"/>
    </w:rPr>
  </w:style>
  <w:style w:type="character" w:styleId="af7">
    <w:name w:val="Intense Reference"/>
    <w:basedOn w:val="a2"/>
    <w:uiPriority w:val="32"/>
    <w:qFormat/>
    <w:rsid w:val="00FC693F"/>
    <w:rPr>
      <w:b/>
      <w:bCs/>
      <w:smallCaps/>
      <w:color w:val="C0504D" w:themeColor="accent2"/>
      <w:spacing w:val="5"/>
      <w:u w:val="single"/>
    </w:rPr>
  </w:style>
  <w:style w:type="character" w:styleId="af8">
    <w:name w:val="Book Title"/>
    <w:basedOn w:val="a2"/>
    <w:uiPriority w:val="33"/>
    <w:qFormat/>
    <w:rsid w:val="00FC693F"/>
    <w:rPr>
      <w:b/>
      <w:bCs/>
      <w:smallCaps/>
      <w:spacing w:val="5"/>
    </w:rPr>
  </w:style>
  <w:style w:type="paragraph" w:styleId="TOC">
    <w:name w:val="TOC Heading"/>
    <w:basedOn w:val="1"/>
    <w:next w:val="a1"/>
    <w:uiPriority w:val="39"/>
    <w:semiHidden/>
    <w:unhideWhenUsed/>
    <w:qFormat/>
    <w:rsid w:val="00FC693F"/>
    <w:pPr>
      <w:outlineLvl w:val="9"/>
    </w:pPr>
  </w:style>
  <w:style w:type="table" w:styleId="af9">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a">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b">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c">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0">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5">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1">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6">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2">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1">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7">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1">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5">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d">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2">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2">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e">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3">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3">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0">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5">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5">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aff1">
    <w:name w:val="annotation reference"/>
    <w:basedOn w:val="a2"/>
    <w:uiPriority w:val="99"/>
    <w:semiHidden/>
    <w:unhideWhenUsed/>
    <w:rsid w:val="0015224E"/>
    <w:rPr>
      <w:sz w:val="18"/>
      <w:szCs w:val="18"/>
    </w:rPr>
  </w:style>
  <w:style w:type="paragraph" w:styleId="aff2">
    <w:name w:val="annotation text"/>
    <w:basedOn w:val="a1"/>
    <w:link w:val="Char7"/>
    <w:uiPriority w:val="99"/>
    <w:semiHidden/>
    <w:unhideWhenUsed/>
    <w:rsid w:val="0015224E"/>
  </w:style>
  <w:style w:type="character" w:customStyle="1" w:styleId="Char7">
    <w:name w:val="메모 텍스트 Char"/>
    <w:basedOn w:val="a2"/>
    <w:link w:val="aff2"/>
    <w:uiPriority w:val="99"/>
    <w:semiHidden/>
    <w:rsid w:val="0015224E"/>
    <w:rPr>
      <w:rFonts w:ascii="Times New Roman" w:hAnsi="Times New Roman"/>
    </w:rPr>
  </w:style>
  <w:style w:type="paragraph" w:styleId="aff3">
    <w:name w:val="annotation subject"/>
    <w:basedOn w:val="aff2"/>
    <w:next w:val="aff2"/>
    <w:link w:val="Char8"/>
    <w:uiPriority w:val="99"/>
    <w:semiHidden/>
    <w:unhideWhenUsed/>
    <w:rsid w:val="0015224E"/>
    <w:rPr>
      <w:b/>
      <w:bCs/>
    </w:rPr>
  </w:style>
  <w:style w:type="character" w:customStyle="1" w:styleId="Char8">
    <w:name w:val="메모 주제 Char"/>
    <w:basedOn w:val="Char7"/>
    <w:link w:val="aff3"/>
    <w:uiPriority w:val="99"/>
    <w:semiHidden/>
    <w:rsid w:val="0015224E"/>
    <w:rPr>
      <w:rFonts w:ascii="Times New Roman" w:hAnsi="Times New Roman"/>
      <w:b/>
      <w:bCs/>
    </w:rPr>
  </w:style>
  <w:style w:type="paragraph" w:styleId="aff4">
    <w:name w:val="Balloon Text"/>
    <w:basedOn w:val="a1"/>
    <w:link w:val="Char9"/>
    <w:uiPriority w:val="99"/>
    <w:semiHidden/>
    <w:unhideWhenUsed/>
    <w:rsid w:val="00BA64D8"/>
    <w:pPr>
      <w:spacing w:after="0" w:line="240" w:lineRule="auto"/>
    </w:pPr>
    <w:rPr>
      <w:rFonts w:asciiTheme="majorHAnsi" w:eastAsiaTheme="majorEastAsia" w:hAnsiTheme="majorHAnsi" w:cstheme="majorBidi"/>
      <w:sz w:val="18"/>
      <w:szCs w:val="18"/>
    </w:rPr>
  </w:style>
  <w:style w:type="character" w:customStyle="1" w:styleId="Char9">
    <w:name w:val="풍선 도움말 텍스트 Char"/>
    <w:basedOn w:val="a2"/>
    <w:link w:val="aff4"/>
    <w:uiPriority w:val="99"/>
    <w:semiHidden/>
    <w:rsid w:val="00BA64D8"/>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tyles" Target="styles.xml"/><Relationship Id="rId7" Type="http://schemas.microsoft.com/office/2011/relationships/commentsExtended" Target="commentsExtended.xml"/><Relationship Id="rId12"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omments" Target="comment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6A250B-C763-4E1D-BBD8-4D19597C90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184</Words>
  <Characters>1049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1231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user</cp:lastModifiedBy>
  <cp:revision>5</cp:revision>
  <dcterms:created xsi:type="dcterms:W3CDTF">2013-12-23T23:15:00Z</dcterms:created>
  <dcterms:modified xsi:type="dcterms:W3CDTF">2025-09-24T10:38:00Z</dcterms:modified>
  <cp:category/>
</cp:coreProperties>
</file>